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2FDB7" w14:textId="77777777" w:rsidR="00FE4AFD" w:rsidRPr="005A0D36" w:rsidRDefault="00000000" w:rsidP="005A0D36">
      <w:pPr>
        <w:pStyle w:val="aa"/>
        <w:jc w:val="center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5A0D36">
        <w:rPr>
          <w:rFonts w:ascii="Times New Roman" w:hAnsi="Times New Roman" w:cs="Times New Roman"/>
          <w:color w:val="auto"/>
          <w:sz w:val="24"/>
          <w:szCs w:val="24"/>
          <w:lang w:val="ru-RU"/>
        </w:rPr>
        <w:t>ЗАЯВЛЕНИЕ о совершении преступления (мошенничество)</w:t>
      </w:r>
    </w:p>
    <w:p w14:paraId="52CC128C" w14:textId="77777777" w:rsidR="00FE4AFD" w:rsidRPr="005A0D36" w:rsidRDefault="00000000" w:rsidP="005A0D36">
      <w:pPr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5A0D36">
        <w:rPr>
          <w:rFonts w:ascii="Times New Roman" w:hAnsi="Times New Roman" w:cs="Times New Roman"/>
          <w:sz w:val="24"/>
          <w:szCs w:val="24"/>
          <w:lang w:val="ru-RU"/>
        </w:rPr>
        <w:t>В дежурную часть ОМВД России по району __________ г. Москвы</w:t>
      </w:r>
    </w:p>
    <w:p w14:paraId="79F0601E" w14:textId="77777777" w:rsidR="00FE4AFD" w:rsidRPr="005A0D36" w:rsidRDefault="00000000" w:rsidP="005A0D36">
      <w:pPr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5A0D36">
        <w:rPr>
          <w:rFonts w:ascii="Times New Roman" w:hAnsi="Times New Roman" w:cs="Times New Roman"/>
          <w:sz w:val="24"/>
          <w:szCs w:val="24"/>
          <w:lang w:val="ru-RU"/>
        </w:rPr>
        <w:t>Адрес: ___________________________</w:t>
      </w:r>
      <w:r w:rsidRPr="005A0D36">
        <w:rPr>
          <w:rFonts w:ascii="Times New Roman" w:hAnsi="Times New Roman" w:cs="Times New Roman"/>
          <w:sz w:val="24"/>
          <w:szCs w:val="24"/>
          <w:lang w:val="ru-RU"/>
        </w:rPr>
        <w:br/>
      </w:r>
    </w:p>
    <w:p w14:paraId="15A4683F" w14:textId="77777777" w:rsidR="00FE4AFD" w:rsidRPr="005A0D36" w:rsidRDefault="00000000" w:rsidP="005A0D36">
      <w:pPr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5A0D36">
        <w:rPr>
          <w:rFonts w:ascii="Times New Roman" w:hAnsi="Times New Roman" w:cs="Times New Roman"/>
          <w:sz w:val="24"/>
          <w:szCs w:val="24"/>
          <w:lang w:val="ru-RU"/>
        </w:rPr>
        <w:t>От: ФИО полностью</w:t>
      </w:r>
    </w:p>
    <w:p w14:paraId="5F3FEA6A" w14:textId="77777777" w:rsidR="00FE4AFD" w:rsidRPr="005A0D36" w:rsidRDefault="00000000" w:rsidP="005A0D36">
      <w:pPr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5A0D36">
        <w:rPr>
          <w:rFonts w:ascii="Times New Roman" w:hAnsi="Times New Roman" w:cs="Times New Roman"/>
          <w:sz w:val="24"/>
          <w:szCs w:val="24"/>
          <w:lang w:val="ru-RU"/>
        </w:rPr>
        <w:t>Адрес проживания: ___________________________</w:t>
      </w:r>
    </w:p>
    <w:p w14:paraId="3210C0D2" w14:textId="77777777" w:rsidR="00FE4AFD" w:rsidRPr="005A0D36" w:rsidRDefault="00000000" w:rsidP="005A0D36">
      <w:pPr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5A0D36">
        <w:rPr>
          <w:rFonts w:ascii="Times New Roman" w:hAnsi="Times New Roman" w:cs="Times New Roman"/>
          <w:sz w:val="24"/>
          <w:szCs w:val="24"/>
          <w:lang w:val="ru-RU"/>
        </w:rPr>
        <w:t>Паспорт: ___________________________</w:t>
      </w:r>
    </w:p>
    <w:p w14:paraId="47C209BC" w14:textId="77777777" w:rsidR="00FE4AFD" w:rsidRPr="005A0D36" w:rsidRDefault="00000000" w:rsidP="005A0D36">
      <w:pPr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5A0D36">
        <w:rPr>
          <w:rFonts w:ascii="Times New Roman" w:hAnsi="Times New Roman" w:cs="Times New Roman"/>
          <w:sz w:val="24"/>
          <w:szCs w:val="24"/>
          <w:lang w:val="ru-RU"/>
        </w:rPr>
        <w:t>Телефон: ___________________________</w:t>
      </w:r>
    </w:p>
    <w:p w14:paraId="79FC5C24" w14:textId="77777777" w:rsidR="00FE4AFD" w:rsidRPr="005A0D36" w:rsidRDefault="00000000" w:rsidP="005A0D36">
      <w:pPr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5A0D36">
        <w:rPr>
          <w:rFonts w:ascii="Times New Roman" w:hAnsi="Times New Roman" w:cs="Times New Roman"/>
          <w:sz w:val="24"/>
          <w:szCs w:val="24"/>
          <w:lang w:val="ru-RU"/>
        </w:rPr>
        <w:t>Электронная почта: ___________________________</w:t>
      </w:r>
      <w:r w:rsidRPr="005A0D36">
        <w:rPr>
          <w:rFonts w:ascii="Times New Roman" w:hAnsi="Times New Roman" w:cs="Times New Roman"/>
          <w:sz w:val="24"/>
          <w:szCs w:val="24"/>
          <w:lang w:val="ru-RU"/>
        </w:rPr>
        <w:br/>
      </w:r>
    </w:p>
    <w:p w14:paraId="6167D207" w14:textId="77777777" w:rsidR="00FE4AFD" w:rsidRPr="005A0D36" w:rsidRDefault="00000000" w:rsidP="005A0D36">
      <w:pPr>
        <w:pStyle w:val="1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5A0D36">
        <w:rPr>
          <w:rFonts w:ascii="Times New Roman" w:hAnsi="Times New Roman" w:cs="Times New Roman"/>
          <w:color w:val="auto"/>
          <w:sz w:val="24"/>
          <w:szCs w:val="24"/>
          <w:lang w:val="ru-RU"/>
        </w:rPr>
        <w:t>Сообщение о преступлении</w:t>
      </w:r>
    </w:p>
    <w:p w14:paraId="66F1479C" w14:textId="77777777" w:rsidR="00FE4AFD" w:rsidRPr="005A0D36" w:rsidRDefault="00000000" w:rsidP="005A0D36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0D36">
        <w:rPr>
          <w:rFonts w:ascii="Times New Roman" w:hAnsi="Times New Roman" w:cs="Times New Roman"/>
          <w:sz w:val="24"/>
          <w:szCs w:val="24"/>
          <w:lang w:val="ru-RU"/>
        </w:rPr>
        <w:t>«___»__________ 20__ г. в отношении меня были совершены мошеннические действия неустановленным лицом (либо известным лицом: ФИО), действовавшим(ей) под именем __________________________ (телефон: __________________).</w:t>
      </w:r>
    </w:p>
    <w:p w14:paraId="5155092F" w14:textId="77777777" w:rsidR="00FE4AFD" w:rsidRPr="005A0D36" w:rsidRDefault="00000000" w:rsidP="005A0D36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0D36">
        <w:rPr>
          <w:rFonts w:ascii="Times New Roman" w:hAnsi="Times New Roman" w:cs="Times New Roman"/>
          <w:sz w:val="24"/>
          <w:szCs w:val="24"/>
          <w:lang w:val="ru-RU"/>
        </w:rPr>
        <w:t>Указанное лицо путем обмана и злоупотребления доверием похитило принадлежащие мне денежные средства в размере _________ (__________) рублей, что является для меня значительным ущербом.</w:t>
      </w:r>
      <w:r w:rsidRPr="005A0D36">
        <w:rPr>
          <w:rFonts w:ascii="Times New Roman" w:hAnsi="Times New Roman" w:cs="Times New Roman"/>
          <w:sz w:val="24"/>
          <w:szCs w:val="24"/>
          <w:lang w:val="ru-RU"/>
        </w:rPr>
        <w:br/>
      </w:r>
    </w:p>
    <w:p w14:paraId="464E1DED" w14:textId="77777777" w:rsidR="00FE4AFD" w:rsidRPr="005A0D36" w:rsidRDefault="00000000" w:rsidP="005A0D36">
      <w:pPr>
        <w:pStyle w:val="1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5A0D36">
        <w:rPr>
          <w:rFonts w:ascii="Times New Roman" w:hAnsi="Times New Roman" w:cs="Times New Roman"/>
          <w:color w:val="auto"/>
          <w:sz w:val="24"/>
          <w:szCs w:val="24"/>
          <w:lang w:val="ru-RU"/>
        </w:rPr>
        <w:t>Обстоятельства совершения преступления</w:t>
      </w:r>
    </w:p>
    <w:p w14:paraId="3DDEDC5F" w14:textId="77777777" w:rsidR="00FE4AFD" w:rsidRPr="005A0D36" w:rsidRDefault="00000000" w:rsidP="005A0D36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0D36">
        <w:rPr>
          <w:rFonts w:ascii="Times New Roman" w:hAnsi="Times New Roman" w:cs="Times New Roman"/>
          <w:sz w:val="24"/>
          <w:szCs w:val="24"/>
          <w:lang w:val="ru-RU"/>
        </w:rPr>
        <w:t>«__</w:t>
      </w:r>
      <w:proofErr w:type="gramStart"/>
      <w:r w:rsidRPr="005A0D36">
        <w:rPr>
          <w:rFonts w:ascii="Times New Roman" w:hAnsi="Times New Roman" w:cs="Times New Roman"/>
          <w:sz w:val="24"/>
          <w:szCs w:val="24"/>
          <w:lang w:val="ru-RU"/>
        </w:rPr>
        <w:t>_»_</w:t>
      </w:r>
      <w:proofErr w:type="gramEnd"/>
      <w:r w:rsidRPr="005A0D36">
        <w:rPr>
          <w:rFonts w:ascii="Times New Roman" w:hAnsi="Times New Roman" w:cs="Times New Roman"/>
          <w:sz w:val="24"/>
          <w:szCs w:val="24"/>
          <w:lang w:val="ru-RU"/>
        </w:rPr>
        <w:t>_________ 20__ г. я посредством __________________ (указать: сайт «</w:t>
      </w:r>
      <w:proofErr w:type="spellStart"/>
      <w:r w:rsidRPr="005A0D36">
        <w:rPr>
          <w:rFonts w:ascii="Times New Roman" w:hAnsi="Times New Roman" w:cs="Times New Roman"/>
          <w:sz w:val="24"/>
          <w:szCs w:val="24"/>
          <w:lang w:val="ru-RU"/>
        </w:rPr>
        <w:t>Авито</w:t>
      </w:r>
      <w:proofErr w:type="spellEnd"/>
      <w:r w:rsidRPr="005A0D36">
        <w:rPr>
          <w:rFonts w:ascii="Times New Roman" w:hAnsi="Times New Roman" w:cs="Times New Roman"/>
          <w:sz w:val="24"/>
          <w:szCs w:val="24"/>
          <w:lang w:val="ru-RU"/>
        </w:rPr>
        <w:t xml:space="preserve">», </w:t>
      </w:r>
      <w:r w:rsidRPr="005A0D36">
        <w:rPr>
          <w:rFonts w:ascii="Times New Roman" w:hAnsi="Times New Roman" w:cs="Times New Roman"/>
          <w:sz w:val="24"/>
          <w:szCs w:val="24"/>
        </w:rPr>
        <w:t>Telegram</w:t>
      </w:r>
      <w:r w:rsidRPr="005A0D3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5A0D36">
        <w:rPr>
          <w:rFonts w:ascii="Times New Roman" w:hAnsi="Times New Roman" w:cs="Times New Roman"/>
          <w:sz w:val="24"/>
          <w:szCs w:val="24"/>
        </w:rPr>
        <w:t>WhatsApp</w:t>
      </w:r>
      <w:r w:rsidRPr="005A0D36">
        <w:rPr>
          <w:rFonts w:ascii="Times New Roman" w:hAnsi="Times New Roman" w:cs="Times New Roman"/>
          <w:sz w:val="24"/>
          <w:szCs w:val="24"/>
          <w:lang w:val="ru-RU"/>
        </w:rPr>
        <w:t xml:space="preserve"> и т.д.) вступил(а) в переписку/переговоры с указанным лицом по вопросу __________________.</w:t>
      </w:r>
    </w:p>
    <w:p w14:paraId="29B90919" w14:textId="77777777" w:rsidR="00FE4AFD" w:rsidRPr="005A0D36" w:rsidRDefault="00000000" w:rsidP="005A0D36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0D36">
        <w:rPr>
          <w:rFonts w:ascii="Times New Roman" w:hAnsi="Times New Roman" w:cs="Times New Roman"/>
          <w:sz w:val="24"/>
          <w:szCs w:val="24"/>
          <w:lang w:val="ru-RU"/>
        </w:rPr>
        <w:t>В ходе общения данное лицо представилось __________________________, сообщило сведения о себе: __________________________, заверило меня в наличии опыта/товара/услуги, предложило оказание услуг/продажу товара на условиях: __________________________.</w:t>
      </w:r>
    </w:p>
    <w:p w14:paraId="3A9EBCBA" w14:textId="77777777" w:rsidR="00FE4AFD" w:rsidRPr="005A0D36" w:rsidRDefault="00000000" w:rsidP="005A0D36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0D36">
        <w:rPr>
          <w:rFonts w:ascii="Times New Roman" w:hAnsi="Times New Roman" w:cs="Times New Roman"/>
          <w:sz w:val="24"/>
          <w:szCs w:val="24"/>
          <w:lang w:val="ru-RU"/>
        </w:rPr>
        <w:t>Стоимость была согласована в размере _________ рублей.</w:t>
      </w:r>
      <w:r w:rsidRPr="005A0D36">
        <w:rPr>
          <w:rFonts w:ascii="Times New Roman" w:hAnsi="Times New Roman" w:cs="Times New Roman"/>
          <w:sz w:val="24"/>
          <w:szCs w:val="24"/>
          <w:lang w:val="ru-RU"/>
        </w:rPr>
        <w:br/>
      </w:r>
    </w:p>
    <w:p w14:paraId="76BB11B2" w14:textId="77777777" w:rsidR="00FE4AFD" w:rsidRPr="005A0D36" w:rsidRDefault="00000000" w:rsidP="005A0D36">
      <w:pPr>
        <w:pStyle w:val="1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5A0D36">
        <w:rPr>
          <w:rFonts w:ascii="Times New Roman" w:hAnsi="Times New Roman" w:cs="Times New Roman"/>
          <w:color w:val="auto"/>
          <w:sz w:val="24"/>
          <w:szCs w:val="24"/>
          <w:lang w:val="ru-RU"/>
        </w:rPr>
        <w:lastRenderedPageBreak/>
        <w:t>Факт передачи денежных средств</w:t>
      </w:r>
    </w:p>
    <w:p w14:paraId="01A2C99C" w14:textId="77777777" w:rsidR="00FE4AFD" w:rsidRPr="005A0D36" w:rsidRDefault="00000000" w:rsidP="005A0D36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0D36">
        <w:rPr>
          <w:rFonts w:ascii="Times New Roman" w:hAnsi="Times New Roman" w:cs="Times New Roman"/>
          <w:sz w:val="24"/>
          <w:szCs w:val="24"/>
          <w:lang w:val="ru-RU"/>
        </w:rPr>
        <w:t>«___»__________ 20__ г. мной были переведены денежные средства в размере _________ рублей через __________________ (Сбербанк Онлайн/перевод по номеру телефона и т.д.) на реквизиты: __________________________, получатель: __________________________.</w:t>
      </w:r>
    </w:p>
    <w:p w14:paraId="5D1D2788" w14:textId="77777777" w:rsidR="00FE4AFD" w:rsidRPr="005A0D36" w:rsidRDefault="00000000" w:rsidP="005A0D36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0D36">
        <w:rPr>
          <w:rFonts w:ascii="Times New Roman" w:hAnsi="Times New Roman" w:cs="Times New Roman"/>
          <w:sz w:val="24"/>
          <w:szCs w:val="24"/>
          <w:lang w:val="ru-RU"/>
        </w:rPr>
        <w:t>Данный перевод подтверждается: чек, выписка, скриншоты.</w:t>
      </w:r>
      <w:r w:rsidRPr="005A0D36">
        <w:rPr>
          <w:rFonts w:ascii="Times New Roman" w:hAnsi="Times New Roman" w:cs="Times New Roman"/>
          <w:sz w:val="24"/>
          <w:szCs w:val="24"/>
          <w:lang w:val="ru-RU"/>
        </w:rPr>
        <w:br/>
      </w:r>
    </w:p>
    <w:p w14:paraId="42827FA6" w14:textId="77777777" w:rsidR="00FE4AFD" w:rsidRPr="005A0D36" w:rsidRDefault="00000000" w:rsidP="005A0D36">
      <w:pPr>
        <w:pStyle w:val="1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5A0D36">
        <w:rPr>
          <w:rFonts w:ascii="Times New Roman" w:hAnsi="Times New Roman" w:cs="Times New Roman"/>
          <w:color w:val="auto"/>
          <w:sz w:val="24"/>
          <w:szCs w:val="24"/>
          <w:lang w:val="ru-RU"/>
        </w:rPr>
        <w:t>Признаки мошенничества</w:t>
      </w:r>
    </w:p>
    <w:p w14:paraId="2367D02F" w14:textId="77777777" w:rsidR="00FE4AFD" w:rsidRPr="005A0D36" w:rsidRDefault="00000000" w:rsidP="005A0D36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0D36">
        <w:rPr>
          <w:rFonts w:ascii="Times New Roman" w:hAnsi="Times New Roman" w:cs="Times New Roman"/>
          <w:sz w:val="24"/>
          <w:szCs w:val="24"/>
          <w:lang w:val="ru-RU"/>
        </w:rPr>
        <w:t>После получения денежных средств указанное лицо не исполнило обязательства, перестало выходить на связь или уклоняется от общения, отказалось возвращать денежные средства.</w:t>
      </w:r>
    </w:p>
    <w:p w14:paraId="60AA5C7C" w14:textId="77777777" w:rsidR="00FE4AFD" w:rsidRPr="005A0D36" w:rsidRDefault="00000000" w:rsidP="005A0D36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0D36">
        <w:rPr>
          <w:rFonts w:ascii="Times New Roman" w:hAnsi="Times New Roman" w:cs="Times New Roman"/>
          <w:sz w:val="24"/>
          <w:szCs w:val="24"/>
          <w:lang w:val="ru-RU"/>
        </w:rPr>
        <w:t>Указанные действия свидетельствуют о том, что лицо изначально не намеревалось исполнять обязательства, а действовало с целью хищения денежных средств.</w:t>
      </w:r>
      <w:r w:rsidRPr="005A0D36">
        <w:rPr>
          <w:rFonts w:ascii="Times New Roman" w:hAnsi="Times New Roman" w:cs="Times New Roman"/>
          <w:sz w:val="24"/>
          <w:szCs w:val="24"/>
          <w:lang w:val="ru-RU"/>
        </w:rPr>
        <w:br/>
      </w:r>
    </w:p>
    <w:p w14:paraId="02AAF0D8" w14:textId="77777777" w:rsidR="00FE4AFD" w:rsidRPr="005A0D36" w:rsidRDefault="00000000" w:rsidP="005A0D36">
      <w:pPr>
        <w:pStyle w:val="1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5A0D36">
        <w:rPr>
          <w:rFonts w:ascii="Times New Roman" w:hAnsi="Times New Roman" w:cs="Times New Roman"/>
          <w:color w:val="auto"/>
          <w:sz w:val="24"/>
          <w:szCs w:val="24"/>
          <w:lang w:val="ru-RU"/>
        </w:rPr>
        <w:t>Правовая квалификация</w:t>
      </w:r>
    </w:p>
    <w:p w14:paraId="72E6423E" w14:textId="77777777" w:rsidR="00FE4AFD" w:rsidRPr="005A0D36" w:rsidRDefault="00000000" w:rsidP="005A0D36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0D36">
        <w:rPr>
          <w:rFonts w:ascii="Times New Roman" w:hAnsi="Times New Roman" w:cs="Times New Roman"/>
          <w:sz w:val="24"/>
          <w:szCs w:val="24"/>
          <w:lang w:val="ru-RU"/>
        </w:rPr>
        <w:t>Считаю, что в действиях указанного лица содержатся признаки преступления, предусмотренного ст. 159 УК РФ.</w:t>
      </w:r>
      <w:r w:rsidRPr="005A0D36">
        <w:rPr>
          <w:rFonts w:ascii="Times New Roman" w:hAnsi="Times New Roman" w:cs="Times New Roman"/>
          <w:sz w:val="24"/>
          <w:szCs w:val="24"/>
          <w:lang w:val="ru-RU"/>
        </w:rPr>
        <w:br/>
      </w:r>
    </w:p>
    <w:p w14:paraId="06883213" w14:textId="77777777" w:rsidR="00FE4AFD" w:rsidRPr="005A0D36" w:rsidRDefault="00000000" w:rsidP="005A0D36">
      <w:pPr>
        <w:pStyle w:val="1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5A0D36">
        <w:rPr>
          <w:rFonts w:ascii="Times New Roman" w:hAnsi="Times New Roman" w:cs="Times New Roman"/>
          <w:color w:val="auto"/>
          <w:sz w:val="24"/>
          <w:szCs w:val="24"/>
          <w:lang w:val="ru-RU"/>
        </w:rPr>
        <w:t>ПРОШУ</w:t>
      </w:r>
    </w:p>
    <w:p w14:paraId="31F5BC86" w14:textId="77777777" w:rsidR="00FE4AFD" w:rsidRPr="005A0D36" w:rsidRDefault="00000000" w:rsidP="005A0D36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0D36">
        <w:rPr>
          <w:rFonts w:ascii="Times New Roman" w:hAnsi="Times New Roman" w:cs="Times New Roman"/>
          <w:sz w:val="24"/>
          <w:szCs w:val="24"/>
          <w:lang w:val="ru-RU"/>
        </w:rPr>
        <w:t>1. Принять настоящее заявление и зарегистрировать его в установленном порядке.</w:t>
      </w:r>
    </w:p>
    <w:p w14:paraId="3B4E2E4E" w14:textId="77777777" w:rsidR="00FE4AFD" w:rsidRPr="005A0D36" w:rsidRDefault="00000000" w:rsidP="005A0D36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0D36">
        <w:rPr>
          <w:rFonts w:ascii="Times New Roman" w:hAnsi="Times New Roman" w:cs="Times New Roman"/>
          <w:sz w:val="24"/>
          <w:szCs w:val="24"/>
          <w:lang w:val="ru-RU"/>
        </w:rPr>
        <w:t>2. Провести проверку в порядке ст. 144–145 УПК РФ.</w:t>
      </w:r>
    </w:p>
    <w:p w14:paraId="41534712" w14:textId="77777777" w:rsidR="00FE4AFD" w:rsidRPr="005A0D36" w:rsidRDefault="00000000" w:rsidP="005A0D36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0D36">
        <w:rPr>
          <w:rFonts w:ascii="Times New Roman" w:hAnsi="Times New Roman" w:cs="Times New Roman"/>
          <w:sz w:val="24"/>
          <w:szCs w:val="24"/>
          <w:lang w:val="ru-RU"/>
        </w:rPr>
        <w:t>3. Возбудить уголовное дело по признакам преступления, предусмотренного ст. 159 УК РФ.</w:t>
      </w:r>
    </w:p>
    <w:p w14:paraId="32DA441F" w14:textId="77777777" w:rsidR="00FE4AFD" w:rsidRPr="005A0D36" w:rsidRDefault="00000000" w:rsidP="005A0D36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0D36">
        <w:rPr>
          <w:rFonts w:ascii="Times New Roman" w:hAnsi="Times New Roman" w:cs="Times New Roman"/>
          <w:sz w:val="24"/>
          <w:szCs w:val="24"/>
          <w:lang w:val="ru-RU"/>
        </w:rPr>
        <w:t>4. Признать меня потерпевшим по уголовному делу.</w:t>
      </w:r>
    </w:p>
    <w:p w14:paraId="7A743725" w14:textId="77777777" w:rsidR="00FE4AFD" w:rsidRPr="005A0D36" w:rsidRDefault="00000000" w:rsidP="005A0D36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0D36">
        <w:rPr>
          <w:rFonts w:ascii="Times New Roman" w:hAnsi="Times New Roman" w:cs="Times New Roman"/>
          <w:sz w:val="24"/>
          <w:szCs w:val="24"/>
          <w:lang w:val="ru-RU"/>
        </w:rPr>
        <w:t>5. Установить лицо, совершившее преступление, и привлечь его к уголовной ответственности.</w:t>
      </w:r>
      <w:r w:rsidRPr="005A0D36">
        <w:rPr>
          <w:rFonts w:ascii="Times New Roman" w:hAnsi="Times New Roman" w:cs="Times New Roman"/>
          <w:sz w:val="24"/>
          <w:szCs w:val="24"/>
          <w:lang w:val="ru-RU"/>
        </w:rPr>
        <w:br/>
      </w:r>
    </w:p>
    <w:p w14:paraId="57747722" w14:textId="77777777" w:rsidR="00FE4AFD" w:rsidRPr="005A0D36" w:rsidRDefault="00000000" w:rsidP="005A0D36">
      <w:pPr>
        <w:pStyle w:val="1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5A0D36">
        <w:rPr>
          <w:rFonts w:ascii="Times New Roman" w:hAnsi="Times New Roman" w:cs="Times New Roman"/>
          <w:color w:val="auto"/>
          <w:sz w:val="24"/>
          <w:szCs w:val="24"/>
          <w:lang w:val="ru-RU"/>
        </w:rPr>
        <w:t>Приложения</w:t>
      </w:r>
    </w:p>
    <w:p w14:paraId="2A0B3463" w14:textId="77777777" w:rsidR="00FE4AFD" w:rsidRPr="005A0D36" w:rsidRDefault="00000000" w:rsidP="005A0D36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0D36">
        <w:rPr>
          <w:rFonts w:ascii="Times New Roman" w:hAnsi="Times New Roman" w:cs="Times New Roman"/>
          <w:sz w:val="24"/>
          <w:szCs w:val="24"/>
          <w:lang w:val="ru-RU"/>
        </w:rPr>
        <w:t>1. Копия паспорта</w:t>
      </w:r>
    </w:p>
    <w:p w14:paraId="0AE57610" w14:textId="77777777" w:rsidR="00FE4AFD" w:rsidRPr="005A0D36" w:rsidRDefault="00000000" w:rsidP="005A0D36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0D36">
        <w:rPr>
          <w:rFonts w:ascii="Times New Roman" w:hAnsi="Times New Roman" w:cs="Times New Roman"/>
          <w:sz w:val="24"/>
          <w:szCs w:val="24"/>
          <w:lang w:val="ru-RU"/>
        </w:rPr>
        <w:t>2. Копии чеков/выписок</w:t>
      </w:r>
    </w:p>
    <w:p w14:paraId="1FEEEADA" w14:textId="77777777" w:rsidR="00FE4AFD" w:rsidRPr="005A0D36" w:rsidRDefault="00000000" w:rsidP="005A0D36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0D36">
        <w:rPr>
          <w:rFonts w:ascii="Times New Roman" w:hAnsi="Times New Roman" w:cs="Times New Roman"/>
          <w:sz w:val="24"/>
          <w:szCs w:val="24"/>
          <w:lang w:val="ru-RU"/>
        </w:rPr>
        <w:lastRenderedPageBreak/>
        <w:t>3. Скриншоты переписки</w:t>
      </w:r>
    </w:p>
    <w:p w14:paraId="2BB47906" w14:textId="77777777" w:rsidR="00FE4AFD" w:rsidRPr="005A0D36" w:rsidRDefault="00000000" w:rsidP="005A0D36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0D36">
        <w:rPr>
          <w:rFonts w:ascii="Times New Roman" w:hAnsi="Times New Roman" w:cs="Times New Roman"/>
          <w:sz w:val="24"/>
          <w:szCs w:val="24"/>
          <w:lang w:val="ru-RU"/>
        </w:rPr>
        <w:t>4. Иные доказательства</w:t>
      </w:r>
      <w:r w:rsidRPr="005A0D36">
        <w:rPr>
          <w:rFonts w:ascii="Times New Roman" w:hAnsi="Times New Roman" w:cs="Times New Roman"/>
          <w:sz w:val="24"/>
          <w:szCs w:val="24"/>
          <w:lang w:val="ru-RU"/>
        </w:rPr>
        <w:br/>
      </w:r>
    </w:p>
    <w:p w14:paraId="4593AE20" w14:textId="77777777" w:rsidR="00FE4AFD" w:rsidRPr="005A0D36" w:rsidRDefault="00000000" w:rsidP="005A0D36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0D36">
        <w:rPr>
          <w:rFonts w:ascii="Times New Roman" w:hAnsi="Times New Roman" w:cs="Times New Roman"/>
          <w:sz w:val="24"/>
          <w:szCs w:val="24"/>
          <w:lang w:val="ru-RU"/>
        </w:rPr>
        <w:t>Об уголовной ответственности по ст. 306 УК РФ предупрежден(а).</w:t>
      </w:r>
      <w:r w:rsidRPr="005A0D36">
        <w:rPr>
          <w:rFonts w:ascii="Times New Roman" w:hAnsi="Times New Roman" w:cs="Times New Roman"/>
          <w:sz w:val="24"/>
          <w:szCs w:val="24"/>
          <w:lang w:val="ru-RU"/>
        </w:rPr>
        <w:br/>
      </w:r>
    </w:p>
    <w:p w14:paraId="4D8BDE63" w14:textId="77777777" w:rsidR="00FE4AFD" w:rsidRPr="005A0D36" w:rsidRDefault="00000000" w:rsidP="005A0D36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A0D36">
        <w:rPr>
          <w:rFonts w:ascii="Times New Roman" w:hAnsi="Times New Roman" w:cs="Times New Roman"/>
          <w:sz w:val="24"/>
          <w:szCs w:val="24"/>
        </w:rPr>
        <w:t>Дата</w:t>
      </w:r>
      <w:proofErr w:type="spellEnd"/>
      <w:r w:rsidRPr="005A0D36">
        <w:rPr>
          <w:rFonts w:ascii="Times New Roman" w:hAnsi="Times New Roman" w:cs="Times New Roman"/>
          <w:sz w:val="24"/>
          <w:szCs w:val="24"/>
        </w:rPr>
        <w:t>: «___»__________ 20__ г.</w:t>
      </w:r>
    </w:p>
    <w:p w14:paraId="09DF50DD" w14:textId="77777777" w:rsidR="00FE4AFD" w:rsidRPr="005A0D36" w:rsidRDefault="00000000" w:rsidP="005A0D36">
      <w:pPr>
        <w:jc w:val="both"/>
        <w:rPr>
          <w:rFonts w:ascii="Times New Roman" w:hAnsi="Times New Roman" w:cs="Times New Roman"/>
          <w:sz w:val="24"/>
          <w:szCs w:val="24"/>
        </w:rPr>
      </w:pPr>
      <w:r w:rsidRPr="005A0D36">
        <w:rPr>
          <w:rFonts w:ascii="Times New Roman" w:hAnsi="Times New Roman" w:cs="Times New Roman"/>
          <w:sz w:val="24"/>
          <w:szCs w:val="24"/>
        </w:rPr>
        <w:t>Подпись: _____________</w:t>
      </w:r>
    </w:p>
    <w:sectPr w:rsidR="00FE4AFD" w:rsidRPr="005A0D36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90338247">
    <w:abstractNumId w:val="8"/>
  </w:num>
  <w:num w:numId="2" w16cid:durableId="1271277766">
    <w:abstractNumId w:val="6"/>
  </w:num>
  <w:num w:numId="3" w16cid:durableId="1540969243">
    <w:abstractNumId w:val="5"/>
  </w:num>
  <w:num w:numId="4" w16cid:durableId="1738435514">
    <w:abstractNumId w:val="4"/>
  </w:num>
  <w:num w:numId="5" w16cid:durableId="1463381224">
    <w:abstractNumId w:val="7"/>
  </w:num>
  <w:num w:numId="6" w16cid:durableId="740252777">
    <w:abstractNumId w:val="3"/>
  </w:num>
  <w:num w:numId="7" w16cid:durableId="1691833170">
    <w:abstractNumId w:val="2"/>
  </w:num>
  <w:num w:numId="8" w16cid:durableId="1590234369">
    <w:abstractNumId w:val="1"/>
  </w:num>
  <w:num w:numId="9" w16cid:durableId="2498995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10E19"/>
    <w:rsid w:val="005A0D36"/>
    <w:rsid w:val="00AA1D8D"/>
    <w:rsid w:val="00B47730"/>
    <w:rsid w:val="00CB0664"/>
    <w:rsid w:val="00FC693F"/>
    <w:rsid w:val="00FE4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77B786"/>
  <w14:defaultImageDpi w14:val="300"/>
  <w15:docId w15:val="{60F4547B-6BFE-4CD5-9A03-8ACAED2BF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401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Михаил Горшков</cp:lastModifiedBy>
  <cp:revision>2</cp:revision>
  <dcterms:created xsi:type="dcterms:W3CDTF">2026-04-24T16:38:00Z</dcterms:created>
  <dcterms:modified xsi:type="dcterms:W3CDTF">2026-04-24T16:38:00Z</dcterms:modified>
  <cp:category/>
</cp:coreProperties>
</file>